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DENUNCIA ANTE LA INSPECCIÓN DE TRABAJO Y SEGURIDAD SOCIAL</w:t>
      </w:r>
    </w:p>
    <w:p/>
    <w:p>
      <w:r>
        <w:rPr>
          <w:b/>
          <w:sz w:val="20"/>
        </w:rPr>
        <w:t>DATOS DEL DENUNCIANTE</w:t>
      </w:r>
    </w:p>
    <w:p>
      <w:r>
        <w:rPr>
          <w:b w:val="0"/>
          <w:sz w:val="20"/>
        </w:rPr>
        <w:t>Nombre y apellidos: ____________________________________________________________</w:t>
      </w:r>
    </w:p>
    <w:p>
      <w:r>
        <w:rPr>
          <w:b w:val="0"/>
          <w:sz w:val="20"/>
        </w:rPr>
        <w:t>DNI/NIE/Pasaporte: ________________________</w:t>
      </w:r>
    </w:p>
    <w:p>
      <w:r>
        <w:rPr>
          <w:b w:val="0"/>
          <w:sz w:val="20"/>
        </w:rPr>
        <w:t>Domicilio: ____________________________________________________________________</w:t>
      </w:r>
    </w:p>
    <w:p>
      <w:r>
        <w:rPr>
          <w:b w:val="0"/>
          <w:sz w:val="20"/>
        </w:rPr>
        <w:t>Código Postal: ________________  Localidad: _______________________  Provincia: _____________________</w:t>
      </w:r>
    </w:p>
    <w:p>
      <w:r>
        <w:rPr>
          <w:b w:val="0"/>
          <w:sz w:val="20"/>
        </w:rPr>
        <w:t>Teléfono: __________________________   Correo electrónico: ________________________________</w:t>
      </w:r>
    </w:p>
    <w:p/>
    <w:p>
      <w:r>
        <w:rPr>
          <w:b/>
          <w:sz w:val="20"/>
        </w:rPr>
        <w:t>REPRESENTANTE (en su caso)</w:t>
      </w:r>
    </w:p>
    <w:p>
      <w:r>
        <w:rPr>
          <w:b w:val="0"/>
          <w:sz w:val="20"/>
        </w:rPr>
        <w:t>Nombre y apellidos: ____________________________________________________________</w:t>
      </w:r>
    </w:p>
    <w:p>
      <w:r>
        <w:rPr>
          <w:b w:val="0"/>
          <w:sz w:val="20"/>
        </w:rPr>
        <w:t>DNI/NIE/Pasaporte: ________________________</w:t>
      </w:r>
    </w:p>
    <w:p>
      <w:r>
        <w:rPr>
          <w:b w:val="0"/>
          <w:sz w:val="20"/>
        </w:rPr>
        <w:t>Domicilio: ____________________________________________________________________</w:t>
      </w:r>
    </w:p>
    <w:p>
      <w:r>
        <w:rPr>
          <w:b w:val="0"/>
          <w:sz w:val="20"/>
        </w:rPr>
        <w:t>Teléfono: __________________________   Correo electrónico: ________________________________</w:t>
      </w:r>
    </w:p>
    <w:p/>
    <w:p>
      <w:r>
        <w:rPr>
          <w:b/>
          <w:sz w:val="20"/>
        </w:rPr>
        <w:t>DATOS DE LA EMPRESA O ENTIDAD DENUNCIADA</w:t>
      </w:r>
    </w:p>
    <w:p>
      <w:r>
        <w:rPr>
          <w:b w:val="0"/>
          <w:sz w:val="20"/>
        </w:rPr>
        <w:t>Nombre o razón social: __________________________________________________________</w:t>
      </w:r>
    </w:p>
    <w:p>
      <w:r>
        <w:rPr>
          <w:b w:val="0"/>
          <w:sz w:val="20"/>
        </w:rPr>
        <w:t>CIF/NIF: ________________________</w:t>
      </w:r>
    </w:p>
    <w:p>
      <w:r>
        <w:rPr>
          <w:b w:val="0"/>
          <w:sz w:val="20"/>
        </w:rPr>
        <w:t>Domicilio social: ______________________________________________________________</w:t>
      </w:r>
    </w:p>
    <w:p>
      <w:r>
        <w:rPr>
          <w:b w:val="0"/>
          <w:sz w:val="20"/>
        </w:rPr>
        <w:t>Código Postal: ________________  Localidad: _______________________  Provincia: _____________________</w:t>
      </w:r>
    </w:p>
    <w:p>
      <w:r>
        <w:rPr>
          <w:b w:val="0"/>
          <w:sz w:val="20"/>
        </w:rPr>
        <w:t>Centro de trabajo afectado (si es diferente): __________________________________________</w:t>
      </w:r>
    </w:p>
    <w:p>
      <w:r>
        <w:rPr>
          <w:b w:val="0"/>
          <w:sz w:val="20"/>
        </w:rPr>
        <w:t>Actividad principal: ____________________________________________________________</w:t>
      </w:r>
    </w:p>
    <w:p>
      <w:r>
        <w:rPr>
          <w:b w:val="0"/>
          <w:sz w:val="20"/>
        </w:rPr>
        <w:t>Teléfono: __________________________   Correo electrónico: ________________________________</w:t>
      </w:r>
    </w:p>
    <w:p/>
    <w:p>
      <w:r>
        <w:rPr>
          <w:b/>
          <w:sz w:val="20"/>
        </w:rPr>
        <w:t>SITUACIÓN LABORAL</w:t>
      </w:r>
    </w:p>
    <w:p>
      <w:r>
        <w:rPr>
          <w:b w:val="0"/>
          <w:sz w:val="20"/>
        </w:rPr>
        <w:t>Tipo de relación con la empresa: ________________________________________________</w:t>
      </w:r>
    </w:p>
    <w:p>
      <w:r>
        <w:rPr>
          <w:b w:val="0"/>
          <w:sz w:val="20"/>
        </w:rPr>
        <w:t>Fecha de inicio de la relación: ________________________</w:t>
      </w:r>
    </w:p>
    <w:p>
      <w:r>
        <w:rPr>
          <w:b w:val="0"/>
          <w:sz w:val="20"/>
        </w:rPr>
        <w:t>Categoría profesional o puesto de trabajo: ________________________________________</w:t>
      </w:r>
    </w:p>
    <w:p>
      <w:r>
        <w:rPr>
          <w:b w:val="0"/>
          <w:sz w:val="20"/>
        </w:rPr>
        <w:t>Tipo de contrato: __________________________ Jornada: ____________________________</w:t>
      </w:r>
    </w:p>
    <w:p/>
    <w:p>
      <w:r>
        <w:rPr>
          <w:b/>
          <w:sz w:val="20"/>
        </w:rPr>
        <w:t>HECHOS QUE MOTIVAN LA DENUNCIA</w:t>
      </w:r>
    </w:p>
    <w:p>
      <w:r>
        <w:rPr>
          <w:b w:val="0"/>
          <w:sz w:val="20"/>
        </w:rPr>
        <w:t>1. Descripción detallada de los hechos que motivan la denuncia: ______________________________________________________________________________________________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  <w:br/>
        <w:t>2. Fecha o periodo en que ocurrieron los hechos: _____________________________________________</w:t>
        <w:br/>
        <w:t>3. Personas implicadas o testigos (si los hubiera): __________________________________________</w:t>
        <w:br/>
        <w:t>4. Consecuencias sufridas: _________________________________________________________________</w:t>
      </w:r>
    </w:p>
    <w:p/>
    <w:p>
      <w:r>
        <w:rPr>
          <w:b/>
          <w:sz w:val="20"/>
        </w:rPr>
        <w:t>NORMATIVA PRESUNTAMENTE VULNERADA</w:t>
      </w:r>
    </w:p>
    <w:p>
      <w:r>
        <w:rPr>
          <w:b w:val="0"/>
          <w:sz w:val="20"/>
        </w:rPr>
        <w:t>Señale, si lo conoce, la normativa que considera infringida o los derechos que entiende vulnerados: ______________________________________________________________________________________________</w:t>
        <w:br/>
        <w:t>______________________________________________________________________________________________</w:t>
      </w:r>
    </w:p>
    <w:p/>
    <w:p>
      <w:r>
        <w:rPr>
          <w:b/>
          <w:sz w:val="20"/>
        </w:rPr>
        <w:t>DOCUMENTACIÓN QUE SE ACOMPAÑA</w:t>
      </w:r>
    </w:p>
    <w:p>
      <w:r>
        <w:rPr>
          <w:b w:val="0"/>
          <w:sz w:val="20"/>
        </w:rPr>
        <w:t>1. Copia del contrato de trabajo (si se dispone).</w:t>
      </w:r>
    </w:p>
    <w:p>
      <w:r>
        <w:rPr>
          <w:b w:val="0"/>
          <w:sz w:val="20"/>
        </w:rPr>
        <w:t>2. Recibos de nómina, TC2, justificantes de pagos o transferencias.</w:t>
      </w:r>
    </w:p>
    <w:p>
      <w:r>
        <w:rPr>
          <w:b w:val="0"/>
          <w:sz w:val="20"/>
        </w:rPr>
        <w:t>3. Comunicaciones escritas con la empresa.</w:t>
      </w:r>
    </w:p>
    <w:p>
      <w:r>
        <w:rPr>
          <w:b w:val="0"/>
          <w:sz w:val="20"/>
        </w:rPr>
        <w:t>4. Testimonios u otros documentos probatorios.</w:t>
      </w:r>
    </w:p>
    <w:p>
      <w:r>
        <w:rPr>
          <w:b w:val="0"/>
          <w:sz w:val="20"/>
        </w:rPr>
        <w:t>5. Cualquier otra documentación relevante.</w:t>
      </w:r>
    </w:p>
    <w:p/>
    <w:p>
      <w:r>
        <w:rPr>
          <w:b/>
          <w:sz w:val="20"/>
        </w:rPr>
        <w:t>CONSENTIMIENTO PARA REVELAR IDENTIDAD</w:t>
      </w:r>
    </w:p>
    <w:p>
      <w:r>
        <w:rPr>
          <w:b w:val="0"/>
          <w:sz w:val="20"/>
        </w:rPr>
        <w:t>¿Autoriza a la Inspección de Trabajo a revelar su identidad a la empresa denunciada y, en su caso, a las personas implicadas para la adecuada tramitación del expediente?</w:t>
        <w:br/>
        <w:t>Sí [   ]   No [   ]</w:t>
      </w:r>
    </w:p>
    <w:p/>
    <w:p>
      <w:r>
        <w:rPr>
          <w:b w:val="0"/>
          <w:sz w:val="20"/>
        </w:rPr>
        <w:t>Lugar: _____________________________________</w:t>
      </w:r>
    </w:p>
    <w:p>
      <w:r>
        <w:rPr>
          <w:b w:val="0"/>
          <w:sz w:val="20"/>
        </w:rPr>
        <w:t>Firma: _________________________</w:t>
      </w:r>
    </w:p>
    <w:p/>
    <w:p/>
    <w:p>
      <w:r>
        <w:rPr>
          <w:b w:val="0"/>
          <w:sz w:val="20"/>
        </w:rPr>
      </w:r>
    </w:p>
    <w:p>
      <w:r>
        <w:br w:type="page"/>
      </w:r>
    </w:p>
    <w:p>
      <w:pPr>
        <w:jc w:val="center"/>
      </w:pPr>
      <w:r>
        <w:rPr>
          <w:color w:val="555555"/>
          <w:sz w:val="24"/>
        </w:rPr>
        <w:t>Fuente original del documento: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https://experto-denuncias.com/denuncia-inspeccion-de-trabajo/</w:t>
        </w:r>
      </w:hyperlink>
    </w:p>
    <w:p>
      <w:pPr>
        <w:jc w:val="center"/>
      </w:pPr>
      <w:r>
        <w:rPr>
          <w:color w:val="555555"/>
          <w:sz w:val="26"/>
        </w:rPr>
        <w:t>¿Te ha resultado útil esta plantilla?</w:t>
      </w:r>
    </w:p>
    <w:p>
      <w:pPr>
        <w:jc w:val="center"/>
      </w:pPr>
      <w:r>
        <w:rPr>
          <w:color w:val="555555"/>
          <w:sz w:val="26"/>
        </w:rPr>
        <w:t>Descubre más documentos actualizados en: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https://experto-denuncias.com</w:t>
        </w:r>
      </w:hyperlink>
    </w:p>
    <w:p>
      <w:pPr>
        <w:jc w:val="center"/>
      </w:pPr>
      <w:r>
        <w:rPr>
          <w:color w:val="808080"/>
          <w:sz w:val="20"/>
        </w:rPr>
        <w:t>Plantilla de uso personal y gratuito. Prohibido su uso comercial.</w:t>
        <w:br/>
        <w:t>Si se comparte o publica, debe mencionarse la fuente. © experto-denuncias.com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experto-denuncias.com/denuncia-inspeccion-de-trabajo/" TargetMode="External"/><Relationship Id="rId10" Type="http://schemas.openxmlformats.org/officeDocument/2006/relationships/hyperlink" Target="https://experto-denuncia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